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Honorarnotennr.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[HN-2026-001]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Honorarnote [HN-2026-001]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hiermit stelle ich Ihnen für folgende Leistungen eine Honorarnote: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[Einzelpreis]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[Einzelpreis]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[Summe]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40" w:before="0"/>
      </w:pPr>
      <w:r>
        <w:rPr>
          <w:rFonts w:ascii="Arial" w:hAnsi="Arial"/>
          <w:b/>
          <w:color w:val="1F2937"/>
          <w:sz w:val="20"/>
        </w:rPr>
        <w:t>Steuerfrei gemäß § 6 Abs. 1 Z 19 UStG 1994. Die Befreiung gilt nur für Heilbehandlungen, die im Rahmen eines der dort genannten Heilberufe erbracht werden.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 ich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 Vertrauen!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Honorarnote-Vorlage Österreich - facturo.at</dc:title>
  <dc:subject>Kostenlose Honorarnote-Vorlage für Heilberufe (steuerfrei)</dc:subject>
  <dc:creator>facturo.at</dc:creator>
  <cp:keywords>Honorarnote, Heilberufe, Vorlage, Österreich, § 6 Abs. 1 Z 19 UStG, Arzt, Therapeut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