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Honorarnotennr.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[HN-2026-001]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Honorarnote [HN-2026-001]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hiermit stelle ich Ihnen für folgende Leistungen eine Honorarnote: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[Einzelpreis]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[Einzelpreis]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[Summe]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40" w:before="0"/>
      </w:pPr>
      <w:r>
        <w:rPr>
          <w:rFonts w:ascii="Arial" w:hAnsi="Arial"/>
          <w:b/>
          <w:color w:val="1F2937"/>
          <w:sz w:val="20"/>
        </w:rPr>
        <w:t>Kein Umsatzsteuerausweis aufgrund Anwendung der Kleinunternehmerregelung gemäß § 6 Abs. 1 Z 27 UStG.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 ich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Honorarnote-Vorlage Österreich - facturo.at</dc:title>
  <dc:subject>Kostenlose Honorarnote-Vorlage für Kleinunternehmer (steuerfrei)</dc:subject>
  <dc:creator>facturo.at</dc:creator>
  <cp:keywords>Honorarnote, Kleinunternehmer, Vorlage, Österreich, § 6 Abs. 1 Z 27 UStG, Freiberufler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