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4677"/>
        <w:gridCol w:w="4677"/>
      </w:tblGrid>
      <w:tr>
        <w:tc>
          <w:tcPr>
            <w:tcW w:type="dxa" w:w="4819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85" w:type="dxa"/>
            </w:tcMar>
          </w:tcPr>
          <w:p>
            <w:pPr>
              <w:spacing w:after="160" w:before="0"/>
              <w:pBdr>
                <w:bottom w:val="single" w:sz="6" w:space="2" w:color="E5E7EB"/>
              </w:pBdr>
            </w:pPr>
            <w:r/>
            <w:r>
              <w:rPr>
                <w:rFonts w:ascii="Arial" w:hAnsi="Arial"/>
                <w:color w:val="9CA3AF"/>
                <w:sz w:val="15"/>
              </w:rPr>
              <w:t>[Ihr Firmenname] · [Straße] · [PLZ] [Ort]</w:t>
            </w:r>
          </w:p>
          <w:p>
            <w:pPr>
              <w:spacing w:after="0" w:before="0"/>
            </w:pPr>
            <w:r>
              <w:rPr>
                <w:rFonts w:ascii="Arial" w:hAnsi="Arial"/>
                <w:color w:val="1F2937"/>
                <w:sz w:val="21"/>
              </w:rPr>
              <w:t>[Firmenname des Kunden]</w:t>
            </w:r>
          </w:p>
          <w:p>
            <w:pPr>
              <w:spacing w:after="0" w:before="0"/>
            </w:pPr>
            <w:r>
              <w:rPr>
                <w:rFonts w:ascii="Arial" w:hAnsi="Arial"/>
                <w:color w:val="1F2937"/>
                <w:sz w:val="21"/>
              </w:rPr>
              <w:t>[Straße und Hausnummer]</w:t>
            </w:r>
          </w:p>
          <w:p>
            <w:pPr>
              <w:spacing w:after="0" w:before="0"/>
            </w:pPr>
            <w:r>
              <w:rPr>
                <w:rFonts w:ascii="Arial" w:hAnsi="Arial"/>
                <w:color w:val="1F2937"/>
                <w:sz w:val="21"/>
              </w:rPr>
              <w:t>[PLZ] [Ort]</w:t>
            </w:r>
          </w:p>
          <w:p>
            <w:pPr>
              <w:spacing w:after="0" w:before="0"/>
            </w:pPr>
            <w:r>
              <w:rPr>
                <w:rFonts w:ascii="Arial" w:hAnsi="Arial"/>
                <w:color w:val="1F2937"/>
                <w:sz w:val="21"/>
              </w:rPr>
              <w:t>Österreich</w:t>
            </w:r>
          </w:p>
        </w:tc>
        <w:tc>
          <w:tcPr>
            <w:tcW w:type="dxa" w:w="4535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  <w:tcMar>
              <w:top w:w="0" w:type="dxa"/>
              <w:left w:w="85" w:type="dxa"/>
              <w:bottom w:w="0" w:type="dxa"/>
              <w:right w:w="0" w:type="dxa"/>
            </w:tcMar>
          </w:tcPr>
          <w:p>
            <w:pPr>
              <w:spacing w:after="0"/>
            </w:pPr>
            <w:r/>
          </w:p>
          <w:tbl>
            <w:tblPr>
              <w:tblW w:type="auto" w:w="0"/>
              <w:tblLook w:firstColumn="1" w:firstRow="1" w:lastColumn="0" w:lastRow="0" w:noHBand="0" w:noVBand="1" w:val="04A0"/>
            </w:tblPr>
            <w:tblGrid>
              <w:gridCol w:w="2267"/>
              <w:gridCol w:w="2267"/>
            </w:tblGrid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Mahnungsnr.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[M-2026-001]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Datum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[TT.MM.JJJJ]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Rechnungsnr.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[RE-2026-001]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Rechnungsdatum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[TT.MM.JJJJ]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Urspr. Fälligkeit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[TT.MM.JJJJ]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Kunden-UID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[ATU00000000]</w:t>
                  </w:r>
                </w:p>
              </w:tc>
            </w:tr>
          </w:tbl>
          <w:p/>
        </w:tc>
      </w:tr>
    </w:tbl>
    <w:p>
      <w:pPr>
        <w:spacing w:after="0" w:before="0"/>
      </w:pPr>
      <w:r>
        <w:rPr>
          <w:rFonts w:ascii="Arial" w:hAnsi="Arial"/>
          <w:b w:val="0"/>
          <w:color w:val="374151"/>
          <w:sz w:val="4"/>
        </w:rPr>
      </w:r>
    </w:p>
    <w:p>
      <w:pPr>
        <w:spacing w:after="160" w:before="560"/>
      </w:pPr>
      <w:r>
        <w:rPr>
          <w:rFonts w:ascii="Arial" w:hAnsi="Arial"/>
          <w:b/>
          <w:color w:val="1F2937"/>
          <w:sz w:val="36"/>
        </w:rPr>
        <w:t>2. (letzte) Mahnung</w:t>
      </w:r>
    </w:p>
    <w:p>
      <w:pPr>
        <w:spacing w:after="200" w:before="0"/>
      </w:pPr>
      <w:r>
        <w:rPr>
          <w:rFonts w:ascii="Arial" w:hAnsi="Arial"/>
          <w:b w:val="0"/>
          <w:color w:val="6B7280"/>
          <w:sz w:val="20"/>
        </w:rPr>
        <w:t>zur Rechnung [RE-2026-001] vom [TT.MM.JJJJ]</w:t>
      </w:r>
    </w:p>
    <w:p>
      <w:pPr>
        <w:spacing w:after="0" w:before="0"/>
      </w:pPr>
      <w:r>
        <w:rPr>
          <w:rFonts w:ascii="Arial" w:hAnsi="Arial"/>
          <w:b w:val="0"/>
          <w:color w:val="374151"/>
          <w:sz w:val="20"/>
        </w:rPr>
        <w:t>Sehr geehrte Damen und Herren,</w:t>
      </w:r>
    </w:p>
    <w:p>
      <w:pPr>
        <w:spacing w:after="0" w:before="0"/>
      </w:pPr>
      <w:r>
        <w:rPr>
          <w:rFonts w:ascii="Arial" w:hAnsi="Arial"/>
          <w:b w:val="0"/>
          <w:color w:val="374151"/>
          <w:sz w:val="20"/>
        </w:rPr>
        <w:t>trotz wiederholter Aufforderung ist die oben genannte Rechnung nach wie vor nicht beglichen.</w:t>
      </w:r>
    </w:p>
    <w:p>
      <w:pPr>
        <w:spacing w:after="80" w:before="0"/>
      </w:pPr>
      <w:r>
        <w:rPr>
          <w:rFonts w:ascii="Arial" w:hAnsi="Arial"/>
          <w:b w:val="0"/>
          <w:color w:val="374151"/>
          <w:sz w:val="8"/>
        </w:rPr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677"/>
        <w:gridCol w:w="4677"/>
      </w:tblGrid>
      <w:tr>
        <w:tc>
          <w:tcPr>
            <w:tcW w:type="dxa" w:w="6236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374151"/>
                <w:sz w:val="20"/>
              </w:rPr>
              <w:t>Offener Rechnungsbetrag (Rechnung [RE-2026-001])</w:t>
            </w:r>
          </w:p>
        </w:tc>
        <w:tc>
          <w:tcPr>
            <w:tcW w:type="dxa" w:w="2268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374151"/>
                <w:sz w:val="20"/>
              </w:rPr>
              <w:t>[Betrag] EUR</w:t>
            </w:r>
          </w:p>
        </w:tc>
      </w:tr>
      <w:tr>
        <w:tc>
          <w:tcPr>
            <w:tcW w:type="dxa" w:w="6236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374151"/>
                <w:sz w:val="20"/>
              </w:rPr>
              <w:t>Mahngebühr: Betreibungskostenpauschale (§ 458 UGB)</w:t>
            </w:r>
          </w:p>
        </w:tc>
        <w:tc>
          <w:tcPr>
            <w:tcW w:type="dxa" w:w="2268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374151"/>
                <w:sz w:val="20"/>
              </w:rPr>
              <w:t>40,00 EUR</w:t>
            </w:r>
          </w:p>
        </w:tc>
      </w:tr>
      <w:tr>
        <w:tc>
          <w:tcPr>
            <w:tcW w:type="dxa" w:w="6236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374151"/>
                <w:sz w:val="20"/>
              </w:rPr>
              <w:t>Verzugszinsen ([X] Tage, 10,73% p.a.)</w:t>
            </w:r>
          </w:p>
        </w:tc>
        <w:tc>
          <w:tcPr>
            <w:tcW w:type="dxa" w:w="2268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374151"/>
                <w:sz w:val="20"/>
              </w:rPr>
              <w:t>[Betrag] EUR</w:t>
            </w:r>
          </w:p>
        </w:tc>
      </w:tr>
      <w:tr>
        <w:tc>
          <w:tcPr>
            <w:tcW w:type="dxa" w:w="6236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single" w:sz="8" w:space="0" w:color="374151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/>
                <w:color w:val="1F2937"/>
                <w:sz w:val="24"/>
              </w:rPr>
              <w:t>Gesamtbetrag</w:t>
            </w:r>
          </w:p>
        </w:tc>
        <w:tc>
          <w:tcPr>
            <w:tcW w:type="dxa" w:w="2268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single" w:sz="8" w:space="0" w:color="374151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/>
                <w:color w:val="1F2937"/>
                <w:sz w:val="24"/>
              </w:rPr>
              <w:t>[Gesamt] EUR</w:t>
            </w:r>
          </w:p>
        </w:tc>
      </w:tr>
    </w:tbl>
    <w:p>
      <w:pPr>
        <w:spacing w:after="40" w:before="0"/>
      </w:pPr>
      <w:r>
        <w:rPr>
          <w:rFonts w:ascii="Arial" w:hAnsi="Arial"/>
          <w:b w:val="0"/>
          <w:color w:val="374151"/>
          <w:sz w:val="8"/>
        </w:rPr>
      </w:r>
    </w:p>
    <w:p>
      <w:pPr>
        <w:spacing w:after="200" w:before="0"/>
      </w:pPr>
      <w:r>
        <w:rPr>
          <w:rFonts w:ascii="Arial" w:hAnsi="Arial"/>
          <w:b w:val="0"/>
          <w:color w:val="374151"/>
          <w:sz w:val="20"/>
        </w:rPr>
        <w:t>Wir fordern Sie letztmalig auf, den Gesamtbetrag bis spätestens [TT.MM.JJJJ] auf das unten angegebene Konto zu überweisen. Sollte die Zahlung nicht fristgerecht eingehen, sehen wir uns gezwungen, den Betrag ohne weitere Ankündigung gerichtlich einzufordern.</w:t>
      </w:r>
    </w:p>
    <w:p>
      <w:pPr>
        <w:spacing w:after="40" w:before="0"/>
      </w:pPr>
      <w:r>
        <w:rPr>
          <w:rFonts w:ascii="Arial" w:hAnsi="Arial"/>
          <w:b/>
          <w:color w:val="1F2937"/>
          <w:sz w:val="22"/>
        </w:rPr>
        <w:t>Bankverbindung</w:t>
      </w:r>
    </w:p>
    <w:p>
      <w:pPr>
        <w:spacing w:after="20" w:before="0"/>
      </w:pPr>
      <w:r>
        <w:rPr>
          <w:rFonts w:ascii="Arial" w:hAnsi="Arial"/>
          <w:b w:val="0"/>
          <w:color w:val="374151"/>
          <w:sz w:val="20"/>
        </w:rPr>
        <w:t>Kontoinhaber: [Ihr Name / Firmenname]</w:t>
      </w:r>
    </w:p>
    <w:p>
      <w:pPr>
        <w:spacing w:after="20" w:before="0"/>
      </w:pPr>
      <w:r>
        <w:rPr>
          <w:rFonts w:ascii="Arial" w:hAnsi="Arial"/>
          <w:b w:val="0"/>
          <w:color w:val="374151"/>
          <w:sz w:val="20"/>
        </w:rPr>
        <w:t>IBAN: [AT00 0000 0000 0000 0000]</w:t>
      </w:r>
    </w:p>
    <w:p>
      <w:pPr>
        <w:spacing w:after="20" w:before="0"/>
      </w:pPr>
      <w:r>
        <w:rPr>
          <w:rFonts w:ascii="Arial" w:hAnsi="Arial"/>
          <w:b w:val="0"/>
          <w:color w:val="374151"/>
          <w:sz w:val="20"/>
        </w:rPr>
        <w:t>BIC: [ABCDEFGH]</w:t>
      </w:r>
    </w:p>
    <w:p>
      <w:pPr>
        <w:spacing w:after="20" w:before="0"/>
      </w:pPr>
      <w:r>
        <w:rPr>
          <w:rFonts w:ascii="Arial" w:hAnsi="Arial"/>
          <w:b w:val="0"/>
          <w:color w:val="374151"/>
          <w:sz w:val="20"/>
        </w:rPr>
        <w:t>Verwendungszweck: [RE-2026-001]</w:t>
      </w:r>
    </w:p>
    <w:p>
      <w:pPr>
        <w:keepLines/>
        <w:spacing w:after="40" w:before="240"/>
      </w:pPr>
      <w:r>
        <w:rPr>
          <w:rFonts w:ascii="Arial" w:hAnsi="Arial"/>
          <w:b w:val="0"/>
          <w:color w:val="6B7280"/>
          <w:sz w:val="17"/>
        </w:rPr>
        <w:t>Hinweis: Verzugszinsen gemäß § 456 UGB in Höhe des Basiszinssatzes (1,53%, Stand 1.7.2026) zuzüglich 9,2 Prozentpunkten, derzeit 10,73% p.a. Die Betreibungskostenpauschale von 40,00 EUR steht bei Unternehmergeschäften gemäß § 458 UGB zu.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2551" w:right="1134" w:bottom="1984" w:left="1417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  <w:tbl>
    <w:tblPr>
      <w:tblW w:type="auto" w:w="0"/>
      <w:jc w:val="center"/>
      <w:tblLook w:firstColumn="1" w:firstRow="1" w:lastColumn="0" w:lastRow="0" w:noHBand="0" w:noVBand="1" w:val="04A0"/>
    </w:tblPr>
    <w:tblGrid>
      <w:gridCol w:w="2339"/>
      <w:gridCol w:w="2339"/>
      <w:gridCol w:w="2339"/>
      <w:gridCol w:w="2339"/>
    </w:tblGrid>
    <w:tr>
      <w:tc>
        <w:tcPr>
          <w:tcW w:type="dxa" w:w="2608"/>
          <w:tcBorders>
            <w:top w:val="single" w:sz="4" w:space="0" w:color="D1D5DB"/>
          </w:tcBorders>
          <w:tcMar>
            <w:top w:w="85" w:type="dxa"/>
            <w:left w:w="0" w:type="dxa"/>
            <w:bottom w:w="0" w:type="dxa"/>
            <w:right w:w="85" w:type="dxa"/>
          </w:tcMar>
        </w:tcPr>
        <w:p>
          <w:pPr>
            <w:spacing w:after="0" w:before="0"/>
          </w:pPr>
          <w:r/>
          <w:r>
            <w:rPr>
              <w:rFonts w:ascii="Arial" w:hAnsi="Arial"/>
              <w:color w:val="6B7280"/>
              <w:sz w:val="14"/>
            </w:rPr>
            <w:t>[Ihr Firmenname + Rechtsform]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[Straße und Hausnummer]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[PLZ] [Ort]</w:t>
          </w:r>
        </w:p>
      </w:tc>
      <w:tc>
        <w:tcPr>
          <w:tcW w:type="dxa" w:w="2268"/>
          <w:tcBorders>
            <w:top w:val="single" w:sz="4" w:space="0" w:color="D1D5DB"/>
          </w:tcBorders>
          <w:tcMar>
            <w:top w:w="85" w:type="dxa"/>
            <w:left w:w="0" w:type="dxa"/>
            <w:bottom w:w="0" w:type="dxa"/>
            <w:right w:w="85" w:type="dxa"/>
          </w:tcMar>
        </w:tcPr>
        <w:p>
          <w:pPr>
            <w:spacing w:after="0" w:before="0"/>
          </w:pPr>
          <w:r/>
          <w:r>
            <w:rPr>
              <w:rFonts w:ascii="Arial" w:hAnsi="Arial"/>
              <w:color w:val="6B7280"/>
              <w:sz w:val="14"/>
            </w:rPr>
            <w:t>E-Mail: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[ihre@email.at]</w:t>
          </w:r>
        </w:p>
      </w:tc>
      <w:tc>
        <w:tcPr>
          <w:tcW w:type="dxa" w:w="2268"/>
          <w:tcBorders>
            <w:top w:val="single" w:sz="4" w:space="0" w:color="D1D5DB"/>
          </w:tcBorders>
          <w:tcMar>
            <w:top w:w="85" w:type="dxa"/>
            <w:left w:w="0" w:type="dxa"/>
            <w:bottom w:w="0" w:type="dxa"/>
            <w:right w:w="85" w:type="dxa"/>
          </w:tcMar>
        </w:tcPr>
        <w:p>
          <w:pPr>
            <w:spacing w:after="0" w:before="0"/>
          </w:pPr>
          <w:r/>
          <w:r>
            <w:rPr>
              <w:rFonts w:ascii="Arial" w:hAnsi="Arial"/>
              <w:color w:val="6B7280"/>
              <w:sz w:val="14"/>
            </w:rPr>
            <w:t>UID: [ATU00000000]</w:t>
          </w:r>
        </w:p>
        <w:p>
          <w:pPr>
            <w:spacing w:after="0" w:before="0"/>
          </w:pPr>
          <w:r>
            <w:rPr>
              <w:rFonts w:ascii="Arial" w:hAnsi="Arial"/>
              <w:i/>
              <w:color w:val="6B7280"/>
              <w:sz w:val="14"/>
            </w:rPr>
            <w:t>Falls im Firmenbuch eingetragen: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FN: [000000x]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Firmenbuchgericht: [z. B. HG Wien]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DGNR: [00000000]</w:t>
          </w:r>
        </w:p>
      </w:tc>
      <w:tc>
        <w:tcPr>
          <w:tcW w:type="dxa" w:w="2268"/>
          <w:tcBorders>
            <w:top w:val="single" w:sz="4" w:space="0" w:color="D1D5DB"/>
          </w:tcBorders>
          <w:tcMar>
            <w:top w:w="85" w:type="dxa"/>
            <w:left w:w="0" w:type="dxa"/>
            <w:bottom w:w="0" w:type="dxa"/>
            <w:right w:w="85" w:type="dxa"/>
          </w:tcMar>
        </w:tcPr>
        <w:p>
          <w:pPr>
            <w:spacing w:after="0" w:before="0"/>
          </w:pPr>
          <w:r/>
          <w:r>
            <w:rPr>
              <w:rFonts w:ascii="Arial" w:hAnsi="Arial"/>
              <w:color w:val="6B7280"/>
              <w:sz w:val="14"/>
            </w:rPr>
            <w:t>Kontoinhaber: [Ihr Name]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IBAN: [AT00 0000 0000 0000 0000]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BIC: [ABCDEFGH]</w:t>
          </w:r>
        </w:p>
      </w:tc>
    </w:tr>
  </w:tbl>
  <w:p>
    <w:pPr>
      <w:spacing w:before="120" w:after="0"/>
      <w:jc w:val="center"/>
    </w:pPr>
    <w:r>
      <w:rPr>
        <w:rFonts w:ascii="Arial" w:hAnsi="Arial"/>
        <w:color w:val="9CA3AF"/>
        <w:sz w:val="14"/>
      </w:rPr>
      <w:t xml:space="preserve">Vorlage von </w:t>
    </w:r>
    <w:hyperlink r:id="rId1">
      <w:r>
        <w:rPr>
          <w:rStyle w:val="Hyperlink"/>
          <w:rFonts w:ascii="Arial" w:hAnsi="Arial"/>
          <w:sz w:val="14"/>
          <w:color w:val="9CA3AF"/>
          <w:u w:val="none"/>
        </w:rPr>
        <w:t>facturo.at</w:t>
      </w:r>
    </w:hyperlink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rial" w:hAnsi="Arial"/>
        <w:b/>
        <w:color w:val="1F2937"/>
        <w:sz w:val="28"/>
      </w:rPr>
      <w:t>[LOGO]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374151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facturo.at/?utm_source=docx&amp;utm_medium=powered_by&amp;utm_campaign=vorlag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Letzte Mahnung Vorlage Österreich - facturo.at</dc:title>
  <dc:subject>Kostenlose Vorlage für die 2. (letzte) Mahnung - B2B (Geschäftskunden)</dc:subject>
  <dc:creator>facturo.at</dc:creator>
  <cp:keywords>Letzte Mahnung, Verzugszinsen, Mahngebühr, Vorlage, Österreich, B2B</cp:keywords>
  <dc:description>Gratis Vorlage von facturo.at</dc:description>
  <cp:lastModifiedBy>facturo.at</cp:lastModifiedBy>
  <cp:revision>1</cp:revision>
  <dcterms:created xsi:type="dcterms:W3CDTF">2026-07-15T00:00:00Z</dcterms:created>
  <dcterms:modified xsi:type="dcterms:W3CDTF">2026-07-15T00:00:00Z</dcterms:modified>
  <cp:category/>
</cp:coreProperties>
</file>