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Mahnungsnr.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[M-2026-001]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Urspr. Fälligkeit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2. (letzte) Mahnung</w:t>
      </w:r>
    </w:p>
    <w:p>
      <w:pPr>
        <w:spacing w:after="200" w:before="0"/>
      </w:pPr>
      <w:r>
        <w:rPr>
          <w:rFonts w:ascii="Arial" w:hAnsi="Arial"/>
          <w:b w:val="0"/>
          <w:color w:val="6B7280"/>
          <w:sz w:val="20"/>
        </w:rPr>
        <w:t>zur Rechnung [RE-2026-001] vom [TT.MM.JJJJ]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trotz wiederholter Aufforderung ist die oben genannte Rechnung nach wie vor nicht beglichen.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Offener Rechnungsbetrag (Rechnung [RE-2026-001])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Verzugszinsen ([X] Tage, 4% p.a.)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200" w:before="0"/>
      </w:pPr>
      <w:r>
        <w:rPr>
          <w:rFonts w:ascii="Arial" w:hAnsi="Arial"/>
          <w:b w:val="0"/>
          <w:color w:val="374151"/>
          <w:sz w:val="20"/>
        </w:rPr>
        <w:t>Wir fordern Sie letztmalig auf, den Gesamtbetrag bis spätestens [TT.MM.JJJJ] auf das unten angegebene Konto zu überweisen. Sollte die Zahlung nicht fristgerecht eingehen, sehen wir uns gezwungen, den Betrag ohne weitere Ankündigung gerichtlich einzufordern.</w:t>
      </w:r>
    </w:p>
    <w:p>
      <w:pPr>
        <w:spacing w:after="40" w:before="0"/>
      </w:pPr>
      <w:r>
        <w:rPr>
          <w:rFonts w:ascii="Arial" w:hAnsi="Arial"/>
          <w:b/>
          <w:color w:val="1F2937"/>
          <w:sz w:val="22"/>
        </w:rPr>
        <w:t>Bankverbindung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Kontoinhaber: [Ihr Name / Firmenname]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IBAN: [AT00 0000 0000 0000 0000]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BIC: [ABCDEFGH]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Verwendungszweck: [RE-2026-001]</w:t>
      </w:r>
    </w:p>
    <w:p>
      <w:pPr>
        <w:keepLines/>
        <w:spacing w:after="40" w:before="240"/>
      </w:pPr>
      <w:r>
        <w:rPr>
          <w:rFonts w:ascii="Arial" w:hAnsi="Arial"/>
          <w:b w:val="0"/>
          <w:color w:val="6B7280"/>
          <w:sz w:val="17"/>
        </w:rPr>
        <w:t>Hinweis: Gesetzliche Verzugszinsen gegenüber Verbrauchern in Höhe von 4% p.a. (§ 1000 iVm § 1333 ABGB).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Letzte Mahnung Vorlage Österreich - facturo.at</dc:title>
  <dc:subject>Kostenlose Vorlage für die 2. (letzte) Mahnung - B2C (Privatkunden)</dc:subject>
  <dc:creator>facturo.at</dc:creator>
  <cp:keywords>Letzte Mahnung, Verzugszinsen, Mahngebühr, Vorlage, Österreich, B2C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