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Arial" w:hAnsi="Arial"/>
          <w:b/>
          <w:color w:val="9CA3AF"/>
          <w:sz w:val="16"/>
        </w:rPr>
        <w:t>RECHNUNGSSTELLER</w:t>
      </w:r>
    </w:p>
    <w:p>
      <w:pPr>
        <w:spacing w:after="280" w:before="0"/>
      </w:pPr>
      <w:r>
        <w:rPr>
          <w:rFonts w:ascii="Arial" w:hAnsi="Arial"/>
          <w:b w:val="0"/>
          <w:color w:val="1F2937"/>
          <w:sz w:val="20"/>
        </w:rPr>
        <w:t>[Ihr Name] · [Straße und Hausnummer] · [PLZ] [Ort]</w:t>
      </w:r>
    </w:p>
    <w:p>
      <w:pPr>
        <w:spacing w:after="40" w:before="0"/>
      </w:pPr>
      <w:r>
        <w:rPr>
          <w:rFonts w:ascii="Arial" w:hAnsi="Arial"/>
          <w:b/>
          <w:color w:val="9CA3AF"/>
          <w:sz w:val="16"/>
        </w:rPr>
        <w:t>RECHNUNGSEMPFÄNGER</w:t>
      </w:r>
    </w:p>
    <w:p>
      <w:pPr>
        <w:spacing w:after="0" w:before="0"/>
      </w:pPr>
      <w:r>
        <w:rPr>
          <w:rFonts w:ascii="Arial" w:hAnsi="Arial"/>
          <w:b w:val="0"/>
          <w:color w:val="1F2937"/>
          <w:sz w:val="20"/>
        </w:rPr>
        <w:t>[Name des Empfängers]</w:t>
      </w:r>
    </w:p>
    <w:p>
      <w:pPr>
        <w:spacing w:after="0" w:before="0"/>
      </w:pPr>
      <w:r>
        <w:rPr>
          <w:rFonts w:ascii="Arial" w:hAnsi="Arial"/>
          <w:b w:val="0"/>
          <w:color w:val="1F2937"/>
          <w:sz w:val="20"/>
        </w:rPr>
        <w:t>[Straße und Hausnummer]</w:t>
      </w:r>
    </w:p>
    <w:p>
      <w:pPr>
        <w:spacing w:after="0" w:before="0"/>
      </w:pPr>
      <w:r>
        <w:rPr>
          <w:rFonts w:ascii="Arial" w:hAnsi="Arial"/>
          <w:b w:val="0"/>
          <w:color w:val="1F2937"/>
          <w:sz w:val="20"/>
        </w:rPr>
        <w:t>[PLZ] [Ort]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5102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280" w:type="dxa"/>
              <w:left w:w="85" w:type="dxa"/>
              <w:bottom w:w="100" w:type="dxa"/>
              <w:right w:w="85" w:type="dxa"/>
            </w:tcMar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36"/>
              </w:rPr>
              <w:t>Privatrechnung</w:t>
            </w:r>
          </w:p>
        </w:tc>
        <w:tc>
          <w:tcPr>
            <w:tcW w:type="dxa" w:w="396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340" w:type="dxa"/>
              <w:left w:w="85" w:type="dxa"/>
              <w:bottom w:w="100" w:type="dxa"/>
              <w:right w:w="85" w:type="dxa"/>
            </w:tcMar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Datum: [TT.MM.JJJJ]</w:t>
            </w:r>
          </w:p>
        </w:tc>
      </w:tr>
    </w:tbl>
    <w:p>
      <w:pPr>
        <w:spacing w:after="160" w:before="80"/>
      </w:pPr>
      <w:r>
        <w:rPr>
          <w:rFonts w:ascii="Arial" w:hAnsi="Arial"/>
          <w:b w:val="0"/>
          <w:color w:val="374151"/>
          <w:sz w:val="20"/>
        </w:rPr>
        <w:t>Hiermit stelle ich Ihnen folgende Leistungen bzw. Waren in Rechnung: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3969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102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7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47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3969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Position 1]</w:t>
            </w:r>
          </w:p>
        </w:tc>
        <w:tc>
          <w:tcPr>
            <w:tcW w:type="dxa" w:w="102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7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 EUR</w:t>
            </w:r>
          </w:p>
        </w:tc>
        <w:tc>
          <w:tcPr>
            <w:tcW w:type="dxa" w:w="147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 EUR</w:t>
            </w:r>
          </w:p>
        </w:tc>
      </w:tr>
      <w:tr>
        <w:tc>
          <w:tcPr>
            <w:tcW w:type="dxa" w:w="3969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Position 2]</w:t>
            </w:r>
          </w:p>
        </w:tc>
        <w:tc>
          <w:tcPr>
            <w:tcW w:type="dxa" w:w="102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7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 EUR</w:t>
            </w:r>
          </w:p>
        </w:tc>
        <w:tc>
          <w:tcPr>
            <w:tcW w:type="dxa" w:w="147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 EUR</w:t>
            </w:r>
          </w:p>
        </w:tc>
      </w:tr>
      <w:tr>
        <w:tc>
          <w:tcPr>
            <w:tcW w:type="dxa" w:w="3969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Position 3]</w:t>
            </w:r>
          </w:p>
        </w:tc>
        <w:tc>
          <w:tcPr>
            <w:tcW w:type="dxa" w:w="102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7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[Preis] EUR</w:t>
            </w:r>
          </w:p>
        </w:tc>
        <w:tc>
          <w:tcPr>
            <w:tcW w:type="dxa" w:w="147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 EUR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[Betrag]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40" w:before="0"/>
      </w:pPr>
      <w:r>
        <w:rPr>
          <w:rFonts w:ascii="Arial" w:hAnsi="Arial"/>
          <w:b/>
          <w:color w:val="1F2937"/>
          <w:sz w:val="20"/>
        </w:rPr>
        <w:t>Kein Ausweis von Umsatzsteuer, da Privatverkauf bzw. private Leistung.</w:t>
      </w:r>
    </w:p>
    <w:p>
      <w:pPr>
        <w:spacing w:after="40" w:before="200"/>
      </w:pPr>
      <w:r>
        <w:rPr>
          <w:rFonts w:ascii="Arial" w:hAnsi="Arial"/>
          <w:b/>
          <w:color w:val="1F2937"/>
          <w:sz w:val="22"/>
        </w:rPr>
        <w:t>Anmerkungen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[z. B. IBAN: AT00 0000 0000 0000 0000, Zahlung innerhalb von 14 Tagen]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/>
        <w:color w:val="9CA3AF"/>
        <w:sz w:val="15"/>
      </w:rPr>
      <w:t>Vorlage von facturo.at · Rechnungen online erstellen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Privatrechnung Vorlage Österreich - facturo.at</dc:title>
  <dc:subject>Kostenlose Privatrechnung-Vorlage (ohne USt)</dc:subject>
  <dc:creator>facturo.at</dc:creator>
  <cp:keywords>Privatrechnung, Privatverkauf, Vorlage, Österreich, ohne USt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