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Rechnung [RE-2026-001]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vielen Dank für Ihren Auftrag. Hiermit stellen wir Ihnen die folgenden Leistungen in Rechnung: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0"/>
        </w:rPr>
        <w:t>Die Steuerschuld geht gemäß § 19 Abs. 1a UStG 1994 auf den Leistungsempfänger über (Reverse Charge, Bauleistung).</w:t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[Summe]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stehen wir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Bauunternehmer Österreich - facturo.at</dc:title>
  <dc:subject>Kostenlose Rechnungsvorlage für Bauunternehmer</dc:subject>
  <dc:creator>facturo.at</dc:creator>
  <cp:keywords>Rechnung, Bauunternehmer, Vorlage, Österreich, DIN 5008, Rechnungsvorlage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